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משתנה – תמורות בתחומי החיים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היסוד בגיאוגרפיה: מרחב, נוף אנושי, אפקט דומינו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שינויים בתחומי חיים שונים קשורים זה לזה ברחבי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של גיאוגרף על תופעות ואירועים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רצף אירועים שמתחיל במקום אחד ומשפיע על מקומות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מדע שחוקר את המרחב – איפה דברים קורים ולמה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שבני אדם יצרו או שינו בשטח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הגודל הפיזי של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על התקשורת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מציין שמשבר כלכלי יכול להשפיע על העולם כולו תוך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השאלות כוללות גם למה, איך זה קשור למקומות אחרים ומה עשוי להשתנות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בטקסט לגבי תפקיד הגיאוגרפיה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מזכיר גם מידע, מסחר, רפואה ואופנה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(השטח שבו דברים קיימים וקורים)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(שרשרת אירועים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(מה שבני אדם בנו בשטח)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(העולם כולו כמחובר כקהילה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(מה, למה, איך קשור, ומה ישתנה)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אירוע כלכלי קורה במדינה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מפעלים במדינה הסמוכה נפגעים מהמשבר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עובדים רבים מאבדים את מקום עבודתם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מדינות נוספות ברחבי העולם חשות בהשפעה הכלכלית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צריכים להציג אירוע ברור ולפחות ארבעה שלבי השפעה הגיוניים ברצף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נימוק הכולל לפחות יתרון אחד וחיסרון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שינוי שמתחיל במקום אחד ומשפיע על אחרים עם דוגמה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לפחות שתיים משאלות הגיאוגרף: מה, למה, איך קשור, מה ישתנה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המבוססת על הטקסט, כמו מכתב מול הודעה מיידית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פתוחה: איך הייתם מתקשרים עם חבר בחו״ל לפני 50 שנה?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חשוב לעודד תלמידים להביא גם צד בעד וגם נגד לפני הכרעה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הקושי המסומנים מתאימים להרחבה עם תלמידים מתקדמים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משתנה – תמורות בתחומי החיים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העולם משתנה במהירות רבה בתחומי תחבורה, תקשורת, מידע, מסחר ואופנה. בדף זה נתרגל את המושגים והרעיונות המרכזיים של היחידה.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אפקט דומינו במובן הגיאוגרפי?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אירועים שמתחיל במקום אחד ומשפיע על מקומות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קופסה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מחולקת לאבנים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סופת שלגים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גיאוגרפיה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 שחוקר כוכבים ברחבי היקום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 שחוקר את המרחב – איפה דברים קורים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שחוקר רק מפות של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 שחוקר את ההיסטוריה של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נוף אנושי?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נוף טבעי ללא התערבות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שבני אדם יצרו או שינו בשטח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מפה גיאוגרפית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לפי הטקסט לא השתנה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הקצב שבו דברים קורים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התקשורת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הפיזי של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לקח למכתב להגיע בעבר, לפי הדוגמה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הודעה יכולה להגיע לצד השני של העולם תוך שבריר 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משבר כלכלי במדינה אחת לעולם לא משפיע על 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הגיאוגרף עוסקות רק בשאלה היכן נמצא מקום על המפה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גיאוגרפיה עוזרת לעקוב אחרי שינויים ביחסים בין מקומות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תחומי החיים שמשתנים כוללים רק תחבורה ותקשורת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הגיאוגרפיה היא המדע שחוקר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שינוי שמתחיל במקום אחד ומשפיע על מקומות אחרים נקרא אפקט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שבני אדם בנו או שינו בשטח נקרא __________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העולם לא השתנה בגודלו, אבל הוא משתנה ב__________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רעיון שהעולם כולו מחובר כמו כפר אחד נקרא כפר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מה, למה, איך קשור, ומה ישתנה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אפקט דומינו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העולם כולו כמחובר כקהילה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נוף 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השטח שבו דברים קיימים וקורים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כפר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שרשרת אירועים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שאלות הגיאוגרף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שבני אדם בנו בשטח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עובדים רבים מאבדים את מקום עבודתם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נוספות ברחבי העולם חשות בהשפעה הכלכלית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מפעלים במדינה הסמוכה נפגעים מהמשבר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כלכלי קורה במדינה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אירוע עולמי מהשנה האחרונה ובנו שרשרת דומינו של לפחות ארבעה שלבים – איך האירוע השפיע ממקום למקום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מכונה שמטלפתת אנשים מיד לכל מקום בעולם בחינם. האם הייתם רוצים לחיות בעולם כזה? נמקו עם יתרון וחיסרון אחד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אפקט דומינו גיאוגרפי?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שאלות הגיאוגרף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לשינוי בתחום התקשורת מאז ימי הסבתא ועד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משתנה – תמורות בתחומי החיים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