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עולם משתנה – תמורות בתחומי החיים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מושגי היסוד בגיאוגרפיה: מרחב, נוף אנושי, אפקט דומינו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כיצד שינויים בתחומי חיים שונים קשורים זה לזה ברחבי העולם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שאלות של גיאוגרף על תופעות ואירועים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רצף אירועים שמתחיל במקום אחד ומשפיע על מקומות 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מדע שחוקר את המרחב – איפה דברים קורים ולמה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מה שבני אדם יצרו או שינו בשטח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הגודל הפיזי של העולם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חודש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נכתב בטקסט על התקשורת המודרנית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הטקסט מציין שמשבר כלכלי יכול להשפיע על העולם כולו תוך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השאלות כוללות גם למה, איך זה קשור למקומות אחרים ומה עשוי להשתנות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מוסבר בטקסט לגבי תפקיד הגיאוגרפיה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הטקסט מזכיר גם מידע, מסחר, רפואה ואופנה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מרחב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דומינו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גלובלי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מושגים להסברים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(השטח שבו דברים קיימים וקורים)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(שרשרת אירועים ממקום למקום)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(מה שבני אדם בנו בשטח)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(העולם כולו כמחובר כקהילה אחת)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(מה, למה, איך קשור, ומה ישתנה)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אירוע כלכלי קורה במדינה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מפעלים במדינה הסמוכה נפגעים מהמשבר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עובדים רבים מאבדים את מקום עבודתם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מדינות נוספות ברחבי העולם חשות בהשפעה הכלכלית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והבעת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התלמידים צריכים להציג אירוע ברור ולפחות ארבעה שלבי השפעה הגיוניים ברצף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עם נימוק הכולל לפחות יתרון אחד וחיסרון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מציין שינוי שמתחיל במקום אחד ומשפיע על אחרים עם דוגמה סבירה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מזכיר לפחות שתיים משאלות הגיאוגרף: מה, למה, איך קשור, מה ישתנה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נותן דוגמה הגיונית המבוססת על הטקסט, כמו מכתב מול הודעה מיידית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בשאלה פתוחה: איך הייתם מתקשרים עם חבר בחו״ל לפני 50 שנה?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בדיון על הדילמה, חשוב לעודד תלמידים להביא גם צד בעד וגם נגד לפני הכרעה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פריטי הקושי המסומנים מתאימים להרחבה עם תלמידים מתקדמים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עולם משתנה – תמורות בתחומי החיים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העולם משתנה מהר מאוד. אנשים נוסעים ומדברים מהר יותר מבעבר. נלמד מילים חשובות בנושא.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מרחב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השטח שבו דברים קיימים וקורים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אפקט דומינו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שינוי במקום אחד שגורם לשינויים במקומות אחרים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נוף אנושי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שבני אדם בנו או שינו בשטח, כמו כבישים ובניינים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שאלות הגיאוגרף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קורה כאן, למה כאן, איך זה קשור למקומות אחרים, מה עשוי להשתנות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כפר גלובלי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רעיון שהעולם כולו מחובר כמו כפר קטן אחד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קצב שינוי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המהירות שבה דברים משתנים בעולם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משבר כלכלי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 קשה בכלכלה של מדינה שיכול להשפיע על מדינות אחרות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אפקט דומינו?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רצף אירועים שמתחיל במקום אחד ומשפיע על מקומות 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משחק קופסה פופולרי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מפה מחולקת לאבנים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 של סופת שלגים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המדע של גיאוגרפיה חוקר?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מדע שחוקר כוכבים ברחבי היקום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מדע שחוקר את המרחב – איפה דברים קורים ולמה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מדע שחוקר רק מפות של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מדע שחוקר את ההיסטוריה של עמים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המילה נוף אנושי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נוף טבעי ללא התערבות 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שבני אדם יצרו או שינו בשטח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תמונה של בני 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 של מפה גיאוגרפית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נשאר אותו דבר בעולם?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הקצב שבו דברים קורים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התקשורת בין אנשים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הגודל הפיזי של 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האופנה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זמן חיכתה הסבתא למכתב?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היום הודעה יכולה להגיע לצד השני של העולם תוך שבריר שנייה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משבר כלכלי במדינה אחת לעולם לא משפיע על מדינות אחרות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שאלות הגיאוגרף עוסקות רק בשאלה היכן נמצא מקום על המפה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גיאוגרפיה עוזרת לעקוב אחרי שינויים ביחסים בין מקומות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הטקסט, תחומי החיים שמשתנים כוללים רק תחבורה ותקשורת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הגיאוגרפיה היא המדע שחוקר את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שינוי שמתחיל במקום אחד ומשפיע על מקומות אחרים נקרא אפקט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מה שבני אדם בנו או שינו בשטח נקרא __________ אנושי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העולם לא השתנה בגודלו, אבל הוא משתנה ב__________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רעיון שהעולם כולו מחובר כמו כפר אחד נקרא כפר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מושגים להסברים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מרחב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העולם כולו כמחובר כקהילה אחת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אפקט דומינו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השטח שבו דברים קיימים וקורים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נוף אנושי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מה, למה, איך קשור, ומה ישתנה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כפר גלובלי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מה שבני אדם בנו בשטח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שאלות הגיאוגרף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שרשרת אירועים ממקום למקום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מדינות נוספות ברחבי העולם חשות בהשפעה הכלכלית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אירוע כלכלי קורה במדינה אחת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מפעלים במדינה הסמוכה נפגעים מהמשבר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עובדים רבים מאבדים את מקום עבודתם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והבעת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אירוע עולמי מהשנה האחרונה ובנו שרשרת דומינו של לפחות ארבעה שלבים – איך האירוע השפיע ממקום למקום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דמיינו מכונה שמטלפתת אנשים מיד לכל מקום בעולם בחינם. האם הייתם רוצים לחיות בעולם כזה? נמקו עם יתרון וחיסרון אחד לפחות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אפקט דומינו גיאוגרפי?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מהן שאלות הגיאוגרף שלמדנו?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לשינוי בתחום התקשורת מאז ימי הסבתא ועד היום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עולם משתנה – תמורות בתחומי החיים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