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משתנה – תמורות בתחומי החיים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היסוד בגיאוגרפיה: מרחב, נוף אנושי, אפקט דומינו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שינויים בתחומי חיים שונים קשורים זה לזה ברחבי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של גיאוגרף על תופעות ואירועים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רצף אירועים שמתחיל במקום אחד ומשפיע על מקומות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מדע שחוקר את המרחב – איפה דברים קורים ולמה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הגודל הפיזי של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על התקשורת המודרנית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השאלות כוללות גם למה, איך זה קשור למקומות אחרים ומה עשוי להשתנות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(השטח שבו דברים קיימים וקורים)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(שרשרת אירועים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שבני אדם בנו בשטח)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(העולם כולו כמחובר כקהילה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אירוע כלכלי קורה במדינה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מפעלים במדינה הסמוכה נפגעים מהמשבר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עובדים רבים מאבדים את מקום עבודתם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מדינות נוספות ברחבי העולם חשות בהשפעה הכלכלית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צריכים להציג אירוע ברור ולפחות ארבעה שלבי השפעה הגיוניים ברצף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שינוי שמתחיל במקום אחד ומשפיע על אחרים עם דוגמה סבירה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לפחות שתיים משאלות הגיאוגרף: מה, למה, איך קשור, מה ישתנה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הגיונית המבוססת על הטקסט, כמו מכתב מול הודעה מיידית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פתוחה: איך הייתם מתקשרים עם חבר בחו״ל לפני 50 שנה?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הדילמה, חשוב לעודד תלמידים להביא גם צד בעד וגם נגד לפני הכרעה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הקושי המסומנים מתאימים להרחבה עם תלמידים מתקדמים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משתנה – תמורות בתחומי החיים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העולם משתנה במהירות רבה בתחומי תחבורה, תקשורת, מידע, מסחר ואופנה. בדף זה נתרגל את המושגים והרעיונות המרכזיים של היחידה.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דומינו  ·  מרחב  ·  נוף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אפקט דומינו במובן הגיאוגרפי?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רצף אירועים שמתחיל במקום אחד ומשפיע על מקומות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 קופסה פופולרי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מפה מחולקת לאבנים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גיאוגרפיה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מדע שחוקר כוכבים ברחבי היקום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מדע שחוקר את המרחב – איפה דברים קורים ולמה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מדע שחוקר רק מפות של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לפי הטקסט לא השתנה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הקצב שבו דברים קורים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התקשורת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הגודל הפיזי של העולם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היום הודעה יכולה להגיע לצד השני של העולם תוך שבריר 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שאלות הגיאוגרף עוסקות רק בשאלה היכן נמצא מקום על המפה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הגיאוגרפיה היא המדע שחוקר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שינוי שמתחיל במקום אחד ומשפיע על מקומות אחרים נקרא אפקט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מה שבני אדם בנו או שינו בשטח נקרא __________ אנושי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שרשרת אירועים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אפקט דומינו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העולם כולו כמחובר כקהילה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נוף 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השטח שבו דברים קיימים וקורים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כפר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שבני אדם בנו בשטח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מדינות נוספות ברחבי העולם חשות בהשפעה הכלכלית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אירוע כלכלי קורה במדינה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מפעלים במדינה הסמוכה נפגעים מהמשבר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עובדים רבים מאבדים את מקום עבודתם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אירוע עולמי מהשנה האחרונה ובנו שרשרת דומינו של לפחות ארבעה שלבים – איך האירוע השפיע ממקום למקום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אפקט דומינו גיאוגרפי?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שאלות הגיאוגרף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משתנה – תמורות בתחומי החיים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